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15D7" w14:textId="77777777" w:rsidR="001F3A5D" w:rsidRDefault="00000000">
      <w:pPr>
        <w:pStyle w:val="Nadpis1"/>
      </w:pPr>
      <w:r>
        <w:t>ODSTÚPENIE OD KÚPNEJ ZMLUVY UZATVORENEJ NA DIAĽKU</w:t>
      </w:r>
    </w:p>
    <w:p w14:paraId="2ABB7C79" w14:textId="53104B8E" w:rsidR="001F3A5D" w:rsidRPr="004076CB" w:rsidRDefault="00000000">
      <w:pPr>
        <w:rPr>
          <w:lang w:val="sk-SK"/>
        </w:rPr>
      </w:pPr>
      <w:r>
        <w:rPr>
          <w:b/>
        </w:rPr>
        <w:t>Kupujúci:</w:t>
      </w:r>
      <w:r>
        <w:rPr>
          <w:b/>
        </w:rPr>
        <w:br/>
      </w:r>
      <w:r>
        <w:t>Meno a priezvisko: ______________________</w:t>
      </w:r>
      <w:r>
        <w:br/>
        <w:t>Adresa: ______________________</w:t>
      </w:r>
      <w:r>
        <w:br/>
        <w:t>Telefón: ______________________</w:t>
      </w:r>
      <w:r>
        <w:br/>
        <w:t>E-mail: ______________________</w:t>
      </w:r>
      <w:r>
        <w:br/>
      </w:r>
      <w:r>
        <w:br/>
      </w:r>
      <w:r>
        <w:rPr>
          <w:b/>
        </w:rPr>
        <w:t>Predávajúci:</w:t>
      </w:r>
      <w:r>
        <w:rPr>
          <w:b/>
        </w:rPr>
        <w:br/>
      </w:r>
      <w:r>
        <w:t>SoulVibe</w:t>
      </w:r>
      <w:r>
        <w:br/>
        <w:t>Prevádzkova</w:t>
      </w:r>
      <w:r w:rsidR="004076CB">
        <w:t>te</w:t>
      </w:r>
      <w:r w:rsidR="004076CB">
        <w:rPr>
          <w:lang w:val="sk-SK"/>
        </w:rPr>
        <w:t>ľ: Miamel s.r.o.</w:t>
      </w:r>
      <w:r>
        <w:br/>
        <w:t>Sídlo:</w:t>
      </w:r>
      <w:r w:rsidR="004076CB">
        <w:t xml:space="preserve"> Dru</w:t>
      </w:r>
      <w:r w:rsidR="004076CB">
        <w:rPr>
          <w:lang w:val="sk-SK"/>
        </w:rPr>
        <w:t>žstevná 58/25, 976 32 Badín</w:t>
      </w:r>
      <w:r w:rsidR="004076CB">
        <w:t xml:space="preserve"> </w:t>
      </w:r>
      <w:r>
        <w:br/>
        <w:t xml:space="preserve">IČO: </w:t>
      </w:r>
      <w:r w:rsidR="004076CB">
        <w:t xml:space="preserve"> </w:t>
      </w:r>
      <w:r w:rsidR="004076CB" w:rsidRPr="004076CB">
        <w:t>53025253</w:t>
      </w:r>
      <w:r>
        <w:br/>
        <w:t>E-mail:</w:t>
      </w:r>
      <w:r w:rsidR="004076CB">
        <w:t xml:space="preserve"> info</w:t>
      </w:r>
      <w:r w:rsidR="004076CB" w:rsidRPr="004076CB">
        <w:rPr>
          <w:lang w:val="sk-SK"/>
        </w:rPr>
        <w:t>@</w:t>
      </w:r>
      <w:r w:rsidR="004076CB">
        <w:rPr>
          <w:lang w:val="sk-SK"/>
        </w:rPr>
        <w:t>soulvibe.sk</w:t>
      </w:r>
    </w:p>
    <w:p w14:paraId="75A2FD9A" w14:textId="77777777" w:rsidR="001F3A5D" w:rsidRDefault="00000000">
      <w:pPr>
        <w:pStyle w:val="Nadpis2"/>
      </w:pPr>
      <w:r>
        <w:t>Vec: Odstúpenie od kúpnej zmluvy</w:t>
      </w:r>
    </w:p>
    <w:p w14:paraId="08E80060" w14:textId="77777777" w:rsidR="001F3A5D" w:rsidRDefault="00000000">
      <w:r>
        <w:t>Týmto oznamujem, že v súlade so zákonom č. 108/2024 Z. z. o ochrane spotrebiteľa odstupujem od kúpnej zmluvy uzatvorenej na diaľku.</w:t>
      </w:r>
    </w:p>
    <w:p w14:paraId="47630711" w14:textId="77777777" w:rsidR="001F3A5D" w:rsidRDefault="00000000">
      <w:r>
        <w:t>Číslo objednávky: ____________________</w:t>
      </w:r>
      <w:r>
        <w:br/>
        <w:t>Dátum objednania: ____________________</w:t>
      </w:r>
      <w:r>
        <w:br/>
        <w:t>Dátum prevzatia tovaru: ____________________</w:t>
      </w:r>
      <w:r>
        <w:br/>
        <w:t>Názov vráteného tovaru: ____________________</w:t>
      </w:r>
    </w:p>
    <w:p w14:paraId="407F66E5" w14:textId="77777777" w:rsidR="004076CB" w:rsidRDefault="00000000">
      <w:r>
        <w:t>Žiadam o vrátenie kúpnej ceny na IBAN:</w:t>
      </w:r>
    </w:p>
    <w:p w14:paraId="3D12E6C0" w14:textId="0C29F3EC" w:rsidR="001F3A5D" w:rsidRDefault="00000000">
      <w:r>
        <w:br/>
        <w:t>________________________________________</w:t>
      </w:r>
    </w:p>
    <w:p w14:paraId="192B29D8" w14:textId="77777777" w:rsidR="001F3A5D" w:rsidRDefault="00000000">
      <w:r>
        <w:br/>
        <w:t>V ______________ dňa ______________</w:t>
      </w:r>
      <w:r>
        <w:br/>
      </w:r>
      <w:r>
        <w:br/>
        <w:t>Podpis kupujúceho: ____________________</w:t>
      </w:r>
    </w:p>
    <w:sectPr w:rsidR="001F3A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975573">
    <w:abstractNumId w:val="8"/>
  </w:num>
  <w:num w:numId="2" w16cid:durableId="1153065737">
    <w:abstractNumId w:val="6"/>
  </w:num>
  <w:num w:numId="3" w16cid:durableId="1880238961">
    <w:abstractNumId w:val="5"/>
  </w:num>
  <w:num w:numId="4" w16cid:durableId="257373216">
    <w:abstractNumId w:val="4"/>
  </w:num>
  <w:num w:numId="5" w16cid:durableId="896551443">
    <w:abstractNumId w:val="7"/>
  </w:num>
  <w:num w:numId="6" w16cid:durableId="1756899743">
    <w:abstractNumId w:val="3"/>
  </w:num>
  <w:num w:numId="7" w16cid:durableId="388652583">
    <w:abstractNumId w:val="2"/>
  </w:num>
  <w:num w:numId="8" w16cid:durableId="1534810747">
    <w:abstractNumId w:val="1"/>
  </w:num>
  <w:num w:numId="9" w16cid:durableId="39177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3A5D"/>
    <w:rsid w:val="0029639D"/>
    <w:rsid w:val="00326F90"/>
    <w:rsid w:val="00383CC1"/>
    <w:rsid w:val="004076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23786"/>
  <w14:defaultImageDpi w14:val="300"/>
  <w15:docId w15:val="{180A65D3-CABB-403E-8908-1933D645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ywebov">
    <w:name w:val="Normal (Web)"/>
    <w:basedOn w:val="Normlny"/>
    <w:uiPriority w:val="99"/>
    <w:semiHidden/>
    <w:unhideWhenUsed/>
    <w:rsid w:val="004076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Ing. Michaela Mistríkova</cp:lastModifiedBy>
  <cp:revision>2</cp:revision>
  <dcterms:created xsi:type="dcterms:W3CDTF">2013-12-23T23:15:00Z</dcterms:created>
  <dcterms:modified xsi:type="dcterms:W3CDTF">2026-07-11T16:16:00Z</dcterms:modified>
  <cp:category/>
</cp:coreProperties>
</file>